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טורניר טריוויה, פתיחת בוקר וחדר בריחה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🗓️ מערכי שיעור – מהדורה למורה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our">
        <w:r>
          <w:rPr>
            <w:rtl w:val="1"/>
            <w:u w:val="single"/>
            <w:color w:val="1E40AF"/>
          </w:rPr>
          <w:t xml:space="preserve">• 🏆 טורניר טריוויה כיתתי – שיעור של 45 דקות</w:t>
        </w:r>
      </w:hyperlink>
    </w:p>
    <w:p>
      <w:pPr>
        <w:bidi w:val="1"/>
        <w:jc w:val="right"/>
      </w:pPr>
      <w:hyperlink w:anchor="open">
        <w:r>
          <w:rPr>
            <w:rtl w:val="1"/>
            <w:u w:val="single"/>
            <w:color w:val="1E40AF"/>
          </w:rPr>
          <w:t xml:space="preserve">• ⏱️ פתיחת שיעור של 10 דקות – 'חידה על הבוקר'</w:t>
        </w:r>
      </w:hyperlink>
    </w:p>
    <w:p>
      <w:pPr>
        <w:bidi w:val="1"/>
        <w:jc w:val="right"/>
      </w:pPr>
      <w:hyperlink w:anchor="escape">
        <w:r>
          <w:rPr>
            <w:rtl w:val="1"/>
            <w:u w:val="single"/>
            <w:color w:val="1E40AF"/>
          </w:rPr>
          <w:t xml:space="preserve">• 🔐 חדר בריחה כיתתי – שיעור של 45 דקות</w:t>
        </w:r>
      </w:hyperlink>
    </w:p>
    <w:p>
      <w:pPr>
        <w:pStyle w:val="Heading1"/>
        <w:bidi w:val="1"/>
        <w:jc w:val="right"/>
      </w:pPr>
      <w:bookmarkStart w:id="1164" w:name="tour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🏆 טורניר טריוויה כיתתי – שיעור של 45 דקות</w:t>
      </w:r>
      <w:bookmarkEnd w:id="1164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🎯 מטרה: התלמידים יתרגלו חשיבה לוגית, ידע על ישראל ואוצר מילים, ויעבדו בשיתוף פעולה בקבוצות תוך שמירה על רוח ספורטיבית.</w:t>
      </w:r>
    </w:p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🧰 הכנה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פותחים את האתר במחשב הכיתה ומחברים למקרן; בוחרים רמה מתאימה לכיתה.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בוחרים 'מצב כיתה / מקרן' ומספר קבוצות (2–4).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מחלקים את הכיתה לקבוצות מעורבות; כל קבוצה בוחרת שם ותפקידים: דובר/ת, כותב/ת, שומר/ת זמן, אחראי/ת רוח טובה.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מדפיסים לכל קבוצה כרטיס תשובות או לוח מחיק (רשות).</w:t>
      </w:r>
    </w:p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⏱️ מהלך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זמן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שלב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🎬 פתיחה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מציגים את 'חידת היום' מהעמוד היומי. כל אחד/ת חושב/ת לבד 30 שניות, ואז משתפים בזוגות. מסבירים את חוקי הטורניר: נקודה לכל תשובה נכונה, בונוס לנימוק טוב.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🇮🇱 סבב 1 – ששי ישראלי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 שאלות אמריקאיות עם טיימר של 30 שניות. הקבוצות מרימות כרטיס עם האות (א/ב/ג/ד). חושפים תשובה ומקריאים את ההסבר. נקודות בלוח הקבוצות.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🧩 סבב 2 – מילה משותפת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 סטים: הקבוצה שמנחשת ראשונה ומסבירה את כל ארבעת הצירופים מקבלת 2 נקודות. אפשר לבקש רמז במחיר נקודה.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🔢 סבב 3 – חידה בקטנה / אחוזים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2–3 חידות. הקבוצה כותבת את דרך הפתרון; נקודה לתשובה ונקודה לדרך. מציגים את הפתרון המודרך צעד אחר צעד.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📍 סבב 4 – גלו את המקום (סבב הבזק)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פריטים מהירים עם טיימר 20 שניות. מי שמזהה – מספר/ת עובדה אחת על המקום.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🎉 סיכום ורפלקציה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מכריזים על הקבוצות, מחמיאים על שיתוף פעולה. כרטיס יציאה: 'איזו חידה הייתה הכי מאתגרת ולמה?', 'מה למדתי על ישראל היום?'.</w:t>
            </w:r>
          </w:p>
        </w:tc>
      </w:tr>
    </w:tbl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🌈 התאמות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🐣 א׳–ב׳: שאלות עם ניקוד והקראה; עובדים בזוגות עם מבוגר/ת מקריא/ה.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🌍 עולים: מצב עולים – ניקוד ותרגום לאנגלית; מאפשרים לענות בהצבעה על התשובה.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🧩 חנ״מ: שתי אפשרויות בכל שאלה ותמיכה בתמונות; זמן ללא טיימר.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🎓 י׳–י״ב: מוסיפים 'שאלת הימור' – הקבוצה מהמרת על 1–3 נקודות לפני שהיא עונה.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✅ הערכה: תצפית על שיתוף פעולה בקבוצה, איכות הנימוקים בסבב החידות, וכרטיס היציאה.</w:t>
      </w:r>
    </w:p>
    <w:p>
      <w:r>
        <w:br w:type="page"/>
      </w:r>
    </w:p>
    <w:p>
      <w:pPr>
        <w:pStyle w:val="Heading1"/>
        <w:bidi w:val="1"/>
        <w:jc w:val="right"/>
      </w:pPr>
      <w:bookmarkStart w:id="26276" w:name="open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⏱️ פתיחת שיעור של 10 דקות – 'חידה על הבוקר'</w:t>
      </w:r>
      <w:bookmarkEnd w:id="26276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🎯 מטרה: להתחיל את הבוקר בחשיבה, בסקרנות ובשיחה – בכל מקצוע.</w:t>
      </w:r>
    </w:p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🧰 הכנה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פותחים את 'חידת היום' ברמה של הכיתה.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מחליטים מראש: חידה לבד / בזוגות / בקבוצות.</w:t>
      </w:r>
    </w:p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⏱️ מהלך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זמן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שלב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👀 מציגים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מקריאים את החידה בקול (כפתור 🔊) ומציגים על המסך.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🤔 חושבים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חשיבה שקטה דקה אחת, ואז שיתוף בזוגות.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🙋 משתפים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2–3 תלמידים מציגים תשובה ודרך. שואלים: 'מי חשב/ה אחרת?'.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✅ חושפים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חושפים את התשובה ואת ההסבר; מחמיאים על דרכי חשיבה שונות.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🔗 מחברים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שאלת גשר לשיעור: 'איך החידה קשורה למה שנלמד היום?'.</w:t>
            </w:r>
          </w:p>
        </w:tc>
      </w:tr>
    </w:tbl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🌈 התאמות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אפשר לבחור רמה אחת מתחת לכיתה כדי להעלות ביטחון בבוקר.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לעולים ולחנ״מ – להשתמש בכפתור ההקראה ובתמונות.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✅ הערכה: תיעוד קצר במחברת 'חידות הבוקר': החידה, התשובה ומה עזר לי לפתור.</w:t>
      </w:r>
    </w:p>
    <w:p>
      <w:r>
        <w:br w:type="page"/>
      </w:r>
    </w:p>
    <w:p>
      <w:pPr>
        <w:pStyle w:val="Heading1"/>
        <w:bidi w:val="1"/>
        <w:jc w:val="right"/>
      </w:pPr>
      <w:bookmarkStart w:id="77568" w:name="escape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🔐 חדר בריחה כיתתי – שיעור של 45 דקות</w:t>
      </w:r>
      <w:bookmarkEnd w:id="7756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🎯 מטרה: קריאה מדויקת, חשיבה כמותית ועבודת צוות תחת זמן.</w:t>
      </w:r>
    </w:p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🧰 הכנה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בוחרים חדר בריחה ברמה המתאימה (3 חדרים לכל רמה).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מדפיסים את קלפי השלבים מהחוברת או מציגים על המקרן.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מגדירים שומר/ת זמן ושומר/ת רמזים בכל קבוצה (2 רמזים לכל שלב).</w:t>
      </w:r>
    </w:p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⏱️ מהלך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זמן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שלב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📖 הסיפור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קוראים יחד את הסיפור ומסבירים: כל שלב נותן ספרה אחת בקוד.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25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🧩 פותרים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הקבוצות פותרות שלב אחרי שלב; רמז עולה כוכב. המורה עוברת בין הקבוצות.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🔓 פותחים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כל קבוצה מקלידה את הקוד באתר או מגישה למורה.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 דק׳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💬 רפלקציה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עזר לנו? איך חילקנו תפקידים? מה נעשה אחרת בפעם הבאה?</w:t>
            </w:r>
          </w:p>
        </w:tc>
      </w:tr>
    </w:tbl>
    <w:p>
      <w:pPr>
        <w:pStyle w:val="Heading3"/>
        <w:bidi w:val="1"/>
        <w:jc w:val="right"/>
      </w:pPr>
      <w:r>
        <w:rPr>
          <w:rFonts w:ascii="Arial" w:hAnsi="Arial" w:cs="Arial"/>
          <w:b/>
          <w:color w:val="3B2A7A"/>
          <w:sz w:val="26"/>
          <w:rtl w:val="1"/>
          <w:bCs/>
          <w:szCs w:val="26"/>
        </w:rPr>
        <w:t>🌈 התאמות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כיתות צעירות – שלושה שלבים וטיימר ארוך.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תלמידים מתקדמים – בונים חדר בריחה משלהם לקבוצה אחרת (משימת אתגר).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✅ הערכה: בדיקת דרכי הפתרון בדף הקבוצה ורפלקציה אישית בכרטיס יציאה.</w:t>
      </w:r>
    </w:p>
    <w:p>
      <w:r>
        <w:br w:type="page"/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מערכי שיעור (מהדורה למורה)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מערכי שיעור (מהדורה למורה)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