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9333EA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🧩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9333EA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משחקי חשיבה לכיתה – חנ״מ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חנ״מ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9333EA"/>
          <w:sz w:val="36"/>
          <w:rtl w:val="1"/>
          <w:bCs/>
          <w:szCs w:val="36"/>
        </w:rPr>
        <w:t>📗 חוברת מלאה: מהדורה למורה + דפי תלמיד/ה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9333EA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ttop">
        <w:r>
          <w:rPr>
            <w:rtl w:val="1"/>
            <w:u w:val="single"/>
            <w:color w:val="1E40AF"/>
          </w:rPr>
          <w:t xml:space="preserve">• 👩‍🏫 מהדורה למורה</w:t>
        </w:r>
      </w:hyperlink>
    </w:p>
    <w:p>
      <w:pPr>
        <w:bidi w:val="1"/>
        <w:jc w:val="right"/>
      </w:pPr>
      <w:hyperlink w:anchor="tkA">
        <w:r>
          <w:rPr>
            <w:rtl w:val="1"/>
            <w:u w:val="single"/>
            <w:color w:val="1E40AF"/>
          </w:rPr>
          <w:t xml:space="preserve">• מפתח – חלק א׳</w:t>
        </w:r>
      </w:hyperlink>
    </w:p>
    <w:p>
      <w:pPr>
        <w:bidi w:val="1"/>
        <w:jc w:val="right"/>
      </w:pPr>
      <w:hyperlink w:anchor="tkB">
        <w:r>
          <w:rPr>
            <w:rtl w:val="1"/>
            <w:u w:val="single"/>
            <w:color w:val="1E40AF"/>
          </w:rPr>
          <w:t xml:space="preserve">• מפתח – חלק ב׳</w:t>
        </w:r>
      </w:hyperlink>
    </w:p>
    <w:p>
      <w:pPr>
        <w:bidi w:val="1"/>
        <w:jc w:val="right"/>
      </w:pPr>
      <w:hyperlink w:anchor="tkC">
        <w:r>
          <w:rPr>
            <w:rtl w:val="1"/>
            <w:u w:val="single"/>
            <w:color w:val="1E40AF"/>
          </w:rPr>
          <w:t xml:space="preserve">• מפתח – חלק ג׳</w:t>
        </w:r>
      </w:hyperlink>
    </w:p>
    <w:p>
      <w:pPr>
        <w:bidi w:val="1"/>
        <w:jc w:val="right"/>
      </w:pPr>
      <w:hyperlink w:anchor="stop">
        <w:r>
          <w:rPr>
            <w:rtl w:val="1"/>
            <w:u w:val="single"/>
            <w:color w:val="1E40AF"/>
          </w:rPr>
          <w:t xml:space="preserve">• דפי התלמיד/ה</w:t>
        </w:r>
      </w:hyperlink>
    </w:p>
    <w:p>
      <w:pPr>
        <w:bidi w:val="1"/>
        <w:jc w:val="right"/>
      </w:pPr>
      <w:hyperlink w:anchor="sA">
        <w:r>
          <w:rPr>
            <w:rtl w:val="1"/>
            <w:u w:val="single"/>
            <w:color w:val="1E40AF"/>
          </w:rPr>
          <w:t xml:space="preserve">• חלק א׳</w:t>
        </w:r>
      </w:hyperlink>
    </w:p>
    <w:p>
      <w:pPr>
        <w:bidi w:val="1"/>
        <w:jc w:val="right"/>
      </w:pPr>
      <w:hyperlink w:anchor="sB">
        <w:r>
          <w:rPr>
            <w:rtl w:val="1"/>
            <w:u w:val="single"/>
            <w:color w:val="1E40AF"/>
          </w:rPr>
          <w:t xml:space="preserve">• חלק ב׳</w:t>
        </w:r>
      </w:hyperlink>
    </w:p>
    <w:p>
      <w:pPr>
        <w:bidi w:val="1"/>
        <w:jc w:val="right"/>
      </w:pPr>
      <w:hyperlink w:anchor="sC">
        <w:r>
          <w:rPr>
            <w:rtl w:val="1"/>
            <w:u w:val="single"/>
            <w:color w:val="1E40AF"/>
          </w:rPr>
          <w:t xml:space="preserve">• חלק ג׳</w:t>
        </w:r>
      </w:hyperlink>
    </w:p>
    <w:p>
      <w:pPr>
        <w:bidi w:val="1"/>
        <w:jc w:val="right"/>
      </w:pPr>
      <w:hyperlink w:anchor="sE">
        <w:r>
          <w:rPr>
            <w:rtl w:val="1"/>
            <w:u w:val="single"/>
            <w:color w:val="1E40AF"/>
          </w:rPr>
          <w:t xml:space="preserve">• חדר בריחה</w:t>
        </w:r>
      </w:hyperlink>
    </w:p>
    <w:p>
      <w:pPr>
        <w:bidi w:val="1"/>
        <w:jc w:val="right"/>
      </w:pPr>
      <w:hyperlink w:anchor="sW">
        <w:r>
          <w:rPr>
            <w:rtl w:val="1"/>
            <w:u w:val="single"/>
            <w:color w:val="1E40AF"/>
          </w:rPr>
          <w:t xml:space="preserve">• חידה משלי</w:t>
        </w:r>
      </w:hyperlink>
    </w:p>
    <w:p>
      <w:pPr>
        <w:pStyle w:val="Heading1"/>
        <w:bidi w:val="1"/>
        <w:jc w:val="right"/>
      </w:pPr>
      <w:bookmarkStart w:id="17863" w:name="ttop"/>
      <w:r>
        <w:rPr>
          <w:rFonts w:ascii="Arial" w:hAnsi="Arial" w:cs="Arial"/>
          <w:b/>
          <w:color w:val="9333EA"/>
          <w:sz w:val="40"/>
          <w:rtl w:val="1"/>
          <w:bCs/>
          <w:szCs w:val="40"/>
        </w:rPr>
        <w:t>👩‍🏫 מהדורה למורה</w:t>
      </w:r>
      <w:bookmarkEnd w:id="17863"/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המהדורה למורה מרכזת מטרות, הצעה להפעלה ומפתחות תשובות מלאים לרמה זו. דפי התלמיד/ה מופיעים אחריה, בעמודים נפרדים.</w:t>
      </w:r>
    </w:p>
    <w:p>
      <w:pPr>
        <w:pStyle w:val="Heading2"/>
        <w:bidi w:val="1"/>
        <w:jc w:val="right"/>
      </w:pPr>
      <w:bookmarkStart w:id="18057" w:name="tgoal"/>
      <w:r>
        <w:rPr>
          <w:rFonts w:ascii="Arial" w:hAnsi="Arial" w:cs="Arial"/>
          <w:b/>
          <w:color w:val="9333EA"/>
          <w:sz w:val="30"/>
          <w:rtl w:val="1"/>
          <w:bCs/>
          <w:szCs w:val="30"/>
        </w:rPr>
        <w:t>🎯 מטרות והפעלה</w:t>
      </w:r>
      <w:bookmarkEnd w:id="18057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תרגול חשיבה לוגית וכמותית, הסקה ואוצר מילים.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היכרות עם מקומות, טבע, שפה ומורשת בישראל.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עבודת צוות, הקשבה ורוח ספורטיבית.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פותחים במחשב הכיתה את האתר chidot-trivia.sites.tab.bot ובוחרים את הרמה.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מצב 'כיתה / מקרן' – 2–4 קבוצות; מצב 'יחידים' – כוכבים במכשיר אישי.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מחלקים את דפי התלמיד/ה; אחרי כל חלק בודקים יחד עם מפתח התשובות.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4. מסיימים בכרטיס היציאה.</w:t>
      </w:r>
    </w:p>
    <w:p>
      <w:pPr>
        <w:pStyle w:val="Heading2"/>
        <w:bidi w:val="1"/>
        <w:jc w:val="right"/>
      </w:pPr>
      <w:bookmarkStart w:id="50865" w:name="tkA"/>
      <w:r>
        <w:rPr>
          <w:rFonts w:ascii="Arial" w:hAnsi="Arial" w:cs="Arial"/>
          <w:b/>
          <w:color w:val="9333EA"/>
          <w:sz w:val="30"/>
          <w:rtl w:val="1"/>
          <w:bCs/>
          <w:szCs w:val="30"/>
        </w:rPr>
        <w:t>🔑 מפתח – חלק א׳: ששי ישראלי</w:t>
      </w:r>
      <w:bookmarkEnd w:id="50865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fill="9333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#</w:t>
            </w:r>
          </w:p>
        </w:tc>
        <w:tc>
          <w:tcPr>
            <w:tcW w:type="dxa" w:w="2551"/>
            <w:shd w:val="clear" w:fill="9333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השאלה</w:t>
            </w:r>
          </w:p>
        </w:tc>
        <w:tc>
          <w:tcPr>
            <w:tcW w:type="dxa" w:w="2551"/>
            <w:shd w:val="clear" w:fill="9333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התשובה</w:t>
            </w:r>
          </w:p>
        </w:tc>
        <w:tc>
          <w:tcPr>
            <w:tcW w:type="dxa" w:w="2551"/>
            <w:shd w:val="clear" w:fill="9333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הסבר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מָה מַדְלִיקִים בַּחֲנֻכָּה?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🕯️ נֵרוֹת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בחנוכה מדליקים נרות בחנוכייה.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מָה עוֹשִׂים בְּפוּרִים?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🎭 מִתְחַפְּשִׂים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בפורים מתחפשים ושמחים.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אֵיפֹה שׂוֹחִים בַּקַּיִץ?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🌊 בַּיָּם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בקיץ שוחים בים או בבריכה.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מִי הוֹלֵךְ בַּמִּדְבָּר?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🐪 גָּמָל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הגמל חי במדבר. הפינגווין חי במקום קר.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מָה הַצְּבָעִים שֶׁל הַדֶּגֶל?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🔵⚪ כָּחֹל וְלָבָן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דגל ישראל כחול ולבן.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6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מָה מַדְלִיקִים בְּעֶרֶב שַׁבָּת?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🕯️ נֵרוֹת שַׁבָּת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בערב שבת מדליקים נרות.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7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מָה נוֹטְעִים בְּט״וּ בִּשְׁבָט?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🌱 עֵצִים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בט״ו בשבט נוטעים עצים.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8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מָה אוֹכְלִים בְּפֶסַח?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🫓 מַצָּה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בפסח אוכלים מצה.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9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אֵיפֹה יוֹשְׁבִים בְּחַג סֻכּוֹת?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🛖 בַּסֻּכָּה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בסוכות יושבים בסוכה.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מִי חַי בַּכִּנֶּרֶת?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🐟 דָּגִים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בכנרת חיים דגים.</w:t>
            </w:r>
          </w:p>
        </w:tc>
      </w:tr>
    </w:tbl>
    <w:p>
      <w:pPr>
        <w:pStyle w:val="Heading2"/>
        <w:bidi w:val="1"/>
        <w:jc w:val="right"/>
      </w:pPr>
      <w:bookmarkStart w:id="96537" w:name="tkB"/>
      <w:r>
        <w:rPr>
          <w:rFonts w:ascii="Arial" w:hAnsi="Arial" w:cs="Arial"/>
          <w:b/>
          <w:color w:val="9333EA"/>
          <w:sz w:val="30"/>
          <w:rtl w:val="1"/>
          <w:bCs/>
          <w:szCs w:val="30"/>
        </w:rPr>
        <w:t>🔑 מפתח – חלק ב׳: חידות ואחוזים</w:t>
      </w:r>
      <w:bookmarkEnd w:id="96537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🍎 כַּמָּה תַּפּוּחִים? – ✅ 5 תפוחים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סופרים את 3 התפוחים הראשונים: 1, 2, 3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ממשיכים: 4, 5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יש 5 תפוחים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🐶 רַגְלַיִם שֶׁל כְּלָבִים – ✅ 8 רגליים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לכלב אחד 4 רגליים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לשני כלבים: 4 + 4 = 8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⛄ מִי אֲנִי? – ✅ שלג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לבן וקר – שלג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בשמש השלג נמס והופך למים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🔴 מָה בָּא עַכְשָׁו? – ✅ 🔵 עיגול כחול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הצבעים מתחלפים: אדום, כחול, אדום, כחול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אחרי אדום בא כחול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🐦 צִפּוֹרִים עָפוֹת – ✅ 2 ציפורים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היו 3 ציפורים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אחת עפה: 3 − 1 = 2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🚗 מָה אֲנִי? – ✅ מכונית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4 גלגלים והגה – מכונית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לאופניים יש רק 2 גלגלים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🍪 חֲצִי לִי, חֲצִי לָכֶם – ✅ 2 עוגיות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יש 4 עוגיות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מחלקים לשני ילדים שווה בשווה: 4 ÷ 2 = 2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🍕 חוֹתְכִים לַחֲצִי – ✅ 2 חלקים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חצי = חותכים פעם אחת באמצע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מקבלים 2 חלקים שווים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🎈 בָּלוֹנִים עָפִים – ✅ 3 בלונים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יש 6 בלונים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חצי מ-6 = 3 עפו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נשארו 6 − 3 = 3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🍎 חֲצִי תַּפּוּחַ – ✅ חצי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שני חלקים שווים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כל חלק נקרא חצי</w:t>
      </w:r>
    </w:p>
    <w:p>
      <w:pPr>
        <w:pStyle w:val="Heading2"/>
        <w:bidi w:val="1"/>
        <w:jc w:val="right"/>
      </w:pPr>
      <w:bookmarkStart w:id="91883" w:name="tkC"/>
      <w:r>
        <w:rPr>
          <w:rFonts w:ascii="Arial" w:hAnsi="Arial" w:cs="Arial"/>
          <w:b/>
          <w:color w:val="9333EA"/>
          <w:sz w:val="30"/>
          <w:rtl w:val="1"/>
          <w:bCs/>
          <w:szCs w:val="30"/>
        </w:rPr>
        <w:t>🔑 מפתח – חלק ג׳: מילה משותפת וגלו את המקום</w:t>
      </w:r>
      <w:bookmarkEnd w:id="91883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fill="9333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ארבע המילים</w:t>
            </w:r>
          </w:p>
        </w:tc>
        <w:tc>
          <w:tcPr>
            <w:tcW w:type="dxa" w:w="3402"/>
            <w:shd w:val="clear" w:fill="9333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המילה המשותפת</w:t>
            </w:r>
          </w:p>
        </w:tc>
        <w:tc>
          <w:tcPr>
            <w:tcW w:type="dxa" w:w="3402"/>
            <w:shd w:val="clear" w:fill="9333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הצירופים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מִבְרֶשֶׁת · מִשְׁחַת · רוֹפֵא · חוּט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שִׁנַּיִם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מִבְרֶשֶׁת שִׁנַּיִם, מִשְׁחַת שִׁנַּיִם, רוֹפֵא שִׁנַּיִם, חוּט שִׁנַּיִם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גַּלְגַּלִּים · נֹחַ · תִּינוֹק · מִשְׂרָד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כִּסֵּא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כִּסֵּא גַּלְגַּלִּים, כִּסֵּא נֹחַ, כִּסֵּא תִּינוֹק, כִּסֵּא מִשְׂרָד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צַעֲצוּעַ · מֵרוֹץ · מִשְׁטָרָה · כִּבּוּי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מְכוֹנִית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מְכוֹנִית צַעֲצוּעַ, מְכוֹנִית מֵרוֹץ, מְכוֹנִית מִשְׁטָרָה, מְכוֹנִית כִּבּוּי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שׁוֹקוֹלָד · וָנִיל · תּוּת · לִימוֹן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גְּלִידָה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גְּלִידַת שׁוֹקוֹלָד, גְּלִידַת וָנִיל, גְּלִידַת תּוּת, גְּלִידַת לִימוֹן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מַיִם · תֵּה · חָלָב · מִיץ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כּוֹס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כּוֹס מַיִם, כּוֹס תֵּה, כּוֹס חָלָב, כּוֹס מִיץ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גַּב · אֹכֶל · יָם · סְפּוֹרְט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תִּיק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תִּיק גַּב, תִּיק אֹכֶל, תִּיק יָם, תִּיק סְפּוֹרְט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fill="9333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רמזים</w:t>
            </w:r>
          </w:p>
        </w:tc>
        <w:tc>
          <w:tcPr>
            <w:tcW w:type="dxa" w:w="3402"/>
            <w:shd w:val="clear" w:fill="9333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המקום</w:t>
            </w:r>
          </w:p>
        </w:tc>
        <w:tc>
          <w:tcPr>
            <w:tcW w:type="dxa" w:w="3402"/>
            <w:shd w:val="clear" w:fill="9333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🎒 ✏️ 📚 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בֵּית סֵפֶר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בְּבֵית הַסֵּפֶר לוֹמְדִים וּפוֹגְשִׁים חֲבֵרִים 🎒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🛝 🤸 ☀️ 🧒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גַּן שַׁעֲשׁוּעִים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בְּגַן הַשַּׁעֲשׁוּעִים יֵשׁ מַגְלֵשָׁה וְנַדְנֵדָה 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🛒 🍎 🥛 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סוּפֶּרְמַרְקֶט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בַּסּוּפֶּרְמַרְקֶט שָׂמִים מוּצָרִים בָּעֲגָלָה 🛒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💧 🩱 🥽 ☀️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בְּרֵכָה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בַּבְּרֵכָה שׂוֹחִים בַּמַּיִם 🏊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🍳 🥄 🧊 🍽️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מִטְבָּח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בַּמִּטְבָּח מְבַשְּׁלִים וְאוֹכְלִים 🍳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🩺 🤒 💊 👩‍⚕️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מִרְפָּאָה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בַּמִּרְפָּאָה הָרוֹפֵא בּוֹדֵק אוֹתָנוּ 🩺</w:t>
            </w:r>
          </w:p>
        </w:tc>
      </w:tr>
    </w:tbl>
    <w:p>
      <w:pPr>
        <w:pStyle w:val="Heading2"/>
        <w:bidi w:val="1"/>
        <w:jc w:val="right"/>
      </w:pPr>
      <w:bookmarkStart w:id="70768" w:name="tkE"/>
      <w:r>
        <w:rPr>
          <w:rFonts w:ascii="Arial" w:hAnsi="Arial" w:cs="Arial"/>
          <w:b/>
          <w:color w:val="9333EA"/>
          <w:sz w:val="30"/>
          <w:rtl w:val="1"/>
          <w:bCs/>
          <w:szCs w:val="30"/>
        </w:rPr>
        <w:t>🔐 מפתח – חדרי הבריחה</w:t>
      </w:r>
      <w:bookmarkEnd w:id="70768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🚌 קֻפְסַת הַכְּרִיכִים – 🔓 קוד: 364 · ⏳ 5 דק׳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1: 3 כְּרִיכִים → 3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2: 6 בָּנָנוֹת → 6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3: 4 מִיצִים → 4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🐶 הַכַּדּוּר שֶׁל הַכְּלַבְלַב – 🔓 קוד: 528 · ⏳ 5 דק׳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1: 5 עֲקֵבוֹת → 5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2: 2 עֲצָמוֹת → 2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3: 8 כּוֹכָבִים → 8</w:t>
      </w:r>
    </w:p>
    <w:p>
      <w:r>
        <w:br w:type="page"/>
      </w:r>
    </w:p>
    <w:p>
      <w:pPr>
        <w:pStyle w:val="Heading1"/>
        <w:bidi w:val="1"/>
        <w:jc w:val="right"/>
      </w:pPr>
      <w:bookmarkStart w:id="29239" w:name="stop"/>
      <w:r>
        <w:rPr>
          <w:rFonts w:ascii="Arial" w:hAnsi="Arial" w:cs="Arial"/>
          <w:b/>
          <w:color w:val="9333EA"/>
          <w:sz w:val="40"/>
          <w:rtl w:val="1"/>
          <w:bCs/>
          <w:szCs w:val="40"/>
        </w:rPr>
        <w:t>🧒 דפי התלמיד/ה</w:t>
      </w:r>
      <w:bookmarkEnd w:id="29239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שם: ______________   כיתה: ______   תאריך: 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ברוכים הבאים לעולם החידות! קראו כל משימה בעיון, חשבו לבד או בזוג, וסמנו או כתבו את התשובה. בהצלחה! 🎯</w:t>
      </w:r>
    </w:p>
    <w:p>
      <w:pPr>
        <w:pStyle w:val="Heading2"/>
        <w:bidi w:val="1"/>
        <w:jc w:val="right"/>
      </w:pPr>
      <w:bookmarkStart w:id="33970" w:name="sA"/>
      <w:r>
        <w:rPr>
          <w:rFonts w:ascii="Arial" w:hAnsi="Arial" w:cs="Arial"/>
          <w:b/>
          <w:color w:val="9333EA"/>
          <w:sz w:val="30"/>
          <w:rtl w:val="1"/>
          <w:bCs/>
          <w:szCs w:val="30"/>
        </w:rPr>
        <w:t>חלק א׳ – 🇮🇱 ששי ישראלי</w:t>
      </w:r>
      <w:bookmarkEnd w:id="33970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בכל שאלה הקיפו בעיגול את התשובה הנכונה.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1. 🕎 מָה מַדְלִיקִים בַּחֲנֻכָּה?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🎈 בָּלוֹנִים   ◯ 🕯️ נֵרוֹת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2. 🎭 מָה עוֹשִׂים בְּפוּרִים?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🎭 מִתְחַפְּשִׂים   ◯ ⛄ בּוֹנִים אִישׁ שֶׁלֶג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3. 🏖️ אֵיפֹה שׂוֹחִים בַּקַּיִץ?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🔥 בַּתַּנּוּר   ◯ 🌊 בַּיָּם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4. 🐪 מִי הוֹלֵךְ בַּמִּדְבָּר?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🐪 גָּמָל   ◯ 🐧 פִּנְגְּוִין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5. 🇮🇱 מָה הַצְּבָעִים שֶׁל הַדֶּגֶל?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🔵⚪ כָּחֹל וְלָבָן   ◯ 🔴🟢 אָדֹם וְיָרֹק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6. 🕯️ מָה מַדְלִיקִים בְּעֶרֶב שַׁבָּת?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🎆 זִקּוּקִים   ◯ 🕯️ נֵרוֹת שַׁבָּת</w:t>
      </w:r>
    </w:p>
    <w:p>
      <w:pPr>
        <w:pStyle w:val="Heading2"/>
        <w:bidi w:val="1"/>
        <w:jc w:val="right"/>
      </w:pPr>
      <w:bookmarkStart w:id="83695" w:name="sB"/>
      <w:r>
        <w:rPr>
          <w:rFonts w:ascii="Arial" w:hAnsi="Arial" w:cs="Arial"/>
          <w:b/>
          <w:color w:val="9333EA"/>
          <w:sz w:val="30"/>
          <w:rtl w:val="1"/>
          <w:bCs/>
          <w:szCs w:val="30"/>
        </w:rPr>
        <w:t>חלק ב׳ – 🔢 חידה בקטנה</w:t>
      </w:r>
      <w:bookmarkEnd w:id="83695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קראו את החידה שבתיבה, כתבו את דרך הפתרון ואת התשובה.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🍎 כַּמָּה תַּפּוּחִים?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🍎🍎🍎 וְעוֹד 🍎🍎. כַּמָּה תַּפּוּחִים?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🐶 רַגְלַיִם שֶׁל כְּלָבִים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לְכֶלֶב 🐶 יֵשׁ 4 רַגְלַיִם. כַּמָּה רַגְלַיִם לִשְׁנֵי כְּלָבִים 🐶🐶?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⛄ מִי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אֲנִי לָבָן וְקַר ❄️. בַּשֶּׁמֶשׁ ☀️ אֲנִי נָמֵס. מִי אֲנִי?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🍪 חֲצִי לִי, חֲצִי לָכֶם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🍪🍪🍪🍪 – מְחַלְּקִים לִשְׁנַיִם, חֲצִי לְכָל אֶחָד. כַּמָּה עוּגִיּוֹת לְכָל אֶחָד?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pStyle w:val="Heading2"/>
        <w:bidi w:val="1"/>
        <w:jc w:val="right"/>
      </w:pPr>
      <w:bookmarkStart w:id="24386" w:name="sC"/>
      <w:r>
        <w:rPr>
          <w:rFonts w:ascii="Arial" w:hAnsi="Arial" w:cs="Arial"/>
          <w:b/>
          <w:color w:val="9333EA"/>
          <w:sz w:val="30"/>
          <w:rtl w:val="1"/>
          <w:bCs/>
          <w:szCs w:val="30"/>
        </w:rPr>
        <w:t>חלק ג׳ – 🧩 מילה משותפת ו📍 גלו את המקום</w:t>
      </w:r>
      <w:bookmarkEnd w:id="24386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מצאו את המילה שמתחברת לכל ארבע המילים, וכתבו אותה בשורה. אחר כך גלו את המקום לפי הרמזים.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🪥 מִבְרֶשֶׁת · 🧴 מִשְׁחַת · 👩‍⚕️ רוֹפֵא · 🧵 חוּט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♿ גַּלְגַּלִּים · 🏖️ נֹחַ · 👶 תִּינוֹק · 💼 מִשְׂרָד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🧸 צַעֲצוּעַ · 🏎️ מֵרוֹץ · 🚓 מִשְׁטָרָה · 🚒 כִּבּוּי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🍫 שׁוֹקוֹלָד · 🤍 וָנִיל · 🍓 תּוּת · 🍋 לִימוֹן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🎒 ✏️ 📚 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לוֹמְדִים שָׁם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🛝 🤸 ☀️ 🧒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יֵשׁ שָׁם מַגְלֵשָׁה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 _ _ 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🛒 🍎 🥛 💳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קוֹנִים שָׁם אֹכֶל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 _ 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💧 🩱 🥽 ☀️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שׂוֹחִים שָׁם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</w:t>
            </w:r>
          </w:p>
        </w:tc>
      </w:tr>
    </w:tbl>
    <w:p>
      <w:pPr>
        <w:pStyle w:val="Heading2"/>
        <w:bidi w:val="1"/>
        <w:jc w:val="right"/>
      </w:pPr>
      <w:bookmarkStart w:id="24758" w:name="sE"/>
      <w:r>
        <w:rPr>
          <w:rFonts w:ascii="Arial" w:hAnsi="Arial" w:cs="Arial"/>
          <w:b/>
          <w:color w:val="9333EA"/>
          <w:sz w:val="30"/>
          <w:rtl w:val="1"/>
          <w:bCs/>
          <w:szCs w:val="30"/>
        </w:rPr>
        <w:t>🔐 חדר בריחה על הדף: קֻפְסַת הַכְּרִיכִים</w:t>
      </w:r>
      <w:bookmarkEnd w:id="24758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🚌 טִיּוּל בַּפַּארְק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אֲנַחְנוּ בַּטִּיּוּל. 🚌 קֻפְסַת הָאֹכֶל נְעוּלָה. 🔒 צָרִיךְ קוֹד. בּוֹאוּ נִסְפֹּר!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1: 🥪🥪🥪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כַּמָּה כְּרִיכִים? 🥪 ← זוֹ סִפְרָה בַּקּוֹד 🔢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2: 🍌🍌🍌🍌🍌🍌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כַּמָּה בָּנָנוֹת? 🍌 ← זוֹ סִפְרָה בַּקּוֹד 🔢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3: 🧃🧃 וְעוֹד 🧃🧃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כַּמָּה מִיצִים? 🧃 ← זוֹ סִפְרָה בַּקּוֹד 🔢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 xml:space="preserve">🔒 הקוד שלנו:   ▢   ▢   ▢ </w:t>
      </w:r>
    </w:p>
    <w:p>
      <w:pPr>
        <w:pStyle w:val="Heading2"/>
        <w:bidi w:val="1"/>
        <w:jc w:val="right"/>
      </w:pPr>
      <w:bookmarkStart w:id="7863" w:name="sW"/>
      <w:r>
        <w:rPr>
          <w:rFonts w:ascii="Arial" w:hAnsi="Arial" w:cs="Arial"/>
          <w:b/>
          <w:color w:val="9333EA"/>
          <w:sz w:val="30"/>
          <w:rtl w:val="1"/>
          <w:bCs/>
          <w:szCs w:val="30"/>
        </w:rPr>
        <w:t>✍️ חידה משלי</w:t>
      </w:r>
      <w:bookmarkEnd w:id="7863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כתבו חידה, שאלת טריוויה או סט 'מילה משותפת' משלכם – והחליפו עם חבר/ה.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666666"/>
          <w:sz w:val="22"/>
          <w:rtl w:val="1"/>
          <w:szCs w:val="22"/>
        </w:rPr>
        <w:t>✂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🎫 כרטיס יציאה    שם: 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1. איזה משחק אהבתי? 🙂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2. צַיְּרוּ אֶת הַחִידָה שֶׁהֲכִי אֲהַבְתֶּם: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חידות וטריוויה – חוברת מלאה (מורה + תלמיד) – חנ״מ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חידות וטריוויה – חוברת מלאה (מורה + תלמיד)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